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Журнал поэкземплярного учёта СКЗИ</w:t>
      </w:r>
    </w:p>
    <w:p>
      <w:r>
        <w:t>Для органа криптографической защиты · Пустая форма</w:t>
      </w:r>
    </w:p>
    <w:p>
      <w:r>
        <w:t>Графы приложения 1 к Инструкции ФАПСИ № 152 от 13.06.2001. Часть 1 из 2. Части соединяются по номеру строки; подписи не заменяются напечатанными Ф. И. О.</w:t>
      </w:r>
    </w:p>
    <w:p>
      <w:r>
        <w:t>Организация ____________________   Начат __________   Окончен 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2130"/>
        <w:gridCol w:w="2130"/>
        <w:gridCol w:w="2130"/>
        <w:gridCol w:w="2130"/>
        <w:gridCol w:w="2130"/>
        <w:gridCol w:w="2130"/>
        <w:gridCol w:w="2130"/>
      </w:tblGrid>
      <w:tr>
        <w:trPr>
          <w:tblHeader/>
        </w:trPr>
        <w:tc>
          <w:tcPr>
            <w:tcW w:type="dxa" w:w="567"/>
          </w:tcPr>
          <w:p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Наименование СКЗИ, эксплуатационной и технической документации к ним, ключевых документов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Серийные номера СКЗИ, эксплуатационной и технической документации к ним, номера серий ключевых документов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Номера экземпляров (криптографические номера) ключевых документов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Получение: от кого получены или Ф. И. О. сотрудника органа криптографической защиты, изготовившего ключевые документы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Получение: дата и номер сопроводительного письма или дата изготовления ключевых документов и расписка в изготовлении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Рассылка (передача): кому разосланы (переданы)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Рассылка (передача): дата и номер сопроводительного письма</w:t>
            </w:r>
          </w:p>
        </w:tc>
      </w:tr>
      <w:tr>
        <w:trPr>
          <w:tblHeader/>
        </w:trPr>
        <w:tc>
          <w:tcPr>
            <w:tcW w:type="dxa" w:w="567"/>
          </w:tcPr>
          <w:p>
            <w:r>
              <w:rPr>
                <w:b/>
                <w:sz w:val="16"/>
              </w:rPr>
              <w:t>1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2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3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4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5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6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7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8</w:t>
            </w:r>
          </w:p>
        </w:tc>
      </w:tr>
      <w:tr>
        <w:trPr>
          <w:trHeight w:val="680"/>
          <w:cantSplit/>
        </w:trPr>
        <w:tc>
          <w:tcPr>
            <w:tcW w:type="dxa" w:w="567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</w:tr>
      <w:tr>
        <w:trPr>
          <w:trHeight w:val="680"/>
          <w:cantSplit/>
        </w:trPr>
        <w:tc>
          <w:tcPr>
            <w:tcW w:type="dxa" w:w="567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</w:tr>
      <w:tr>
        <w:trPr>
          <w:trHeight w:val="680"/>
          <w:cantSplit/>
        </w:trPr>
        <w:tc>
          <w:tcPr>
            <w:tcW w:type="dxa" w:w="567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</w:tr>
      <w:tr>
        <w:trPr>
          <w:trHeight w:val="680"/>
          <w:cantSplit/>
        </w:trPr>
        <w:tc>
          <w:tcPr>
            <w:tcW w:type="dxa" w:w="567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</w:tr>
      <w:tr>
        <w:trPr>
          <w:trHeight w:val="680"/>
          <w:cantSplit/>
        </w:trPr>
        <w:tc>
          <w:tcPr>
            <w:tcW w:type="dxa" w:w="567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</w:tr>
    </w:tbl>
    <w:p>
      <w:r>
        <w:t>Редакционная верстка SecRadar: сохранены все графы и их номера, групповые заголовки включены в подписи колонок. Это не ведомственный утверждённый бланк. Перед применением сверьте порядок вашей организации и документацию СКЗИ.</w:t>
      </w:r>
    </w:p>
    <w:p>
      <w:r>
        <w:t>Основание: приказ ФАПСИ № 152, приложение 1. Инструкция и источники: https://secradar.ru/komplaens/skzi/zhurnal-ucheta/</w:t>
      </w:r>
    </w:p>
    <w:p>
      <w:r>
        <w:br w:type="page"/>
      </w:r>
    </w:p>
    <w:p>
      <w:pPr>
        <w:pStyle w:val="Title"/>
      </w:pPr>
      <w:r>
        <w:t>Журнал поэкземплярного учёта СКЗИ</w:t>
      </w:r>
    </w:p>
    <w:p>
      <w:r>
        <w:t>Для органа криптографической защиты · Пустая форма</w:t>
      </w:r>
    </w:p>
    <w:p>
      <w:r>
        <w:t>Графы приложения 1 к Инструкции ФАПСИ № 152 от 13.06.2001. Часть 2 из 2. Части соединяются по номеру строки; подписи не заменяются напечатанными Ф. И. О.</w:t>
      </w:r>
    </w:p>
    <w:p>
      <w:r>
        <w:t>Организация ____________________   Начат __________   Окончен 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1864"/>
        <w:gridCol w:w="1864"/>
        <w:gridCol w:w="1864"/>
        <w:gridCol w:w="1864"/>
        <w:gridCol w:w="1864"/>
        <w:gridCol w:w="1864"/>
        <w:gridCol w:w="1864"/>
        <w:gridCol w:w="1864"/>
      </w:tblGrid>
      <w:tr>
        <w:trPr>
          <w:tblHeader/>
        </w:trPr>
        <w:tc>
          <w:tcPr>
            <w:tcW w:type="dxa" w:w="567"/>
          </w:tcPr>
          <w:p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1864"/>
          </w:tcPr>
          <w:p>
            <w:r>
              <w:rPr>
                <w:b/>
                <w:sz w:val="16"/>
              </w:rPr>
              <w:t>Рассылка (передача): дата и номер подтверждения или расписка в получении</w:t>
            </w:r>
          </w:p>
        </w:tc>
        <w:tc>
          <w:tcPr>
            <w:tcW w:type="dxa" w:w="1864"/>
          </w:tcPr>
          <w:p>
            <w:r>
              <w:rPr>
                <w:b/>
                <w:sz w:val="16"/>
              </w:rPr>
              <w:t>Возврат: дата и номер сопроводительного письма</w:t>
            </w:r>
          </w:p>
        </w:tc>
        <w:tc>
          <w:tcPr>
            <w:tcW w:type="dxa" w:w="1864"/>
          </w:tcPr>
          <w:p>
            <w:r>
              <w:rPr>
                <w:b/>
                <w:sz w:val="16"/>
              </w:rPr>
              <w:t>Возврат: дата и номер подтверждения</w:t>
            </w:r>
          </w:p>
        </w:tc>
        <w:tc>
          <w:tcPr>
            <w:tcW w:type="dxa" w:w="1864"/>
          </w:tcPr>
          <w:p>
            <w:r>
              <w:rPr>
                <w:b/>
                <w:sz w:val="16"/>
              </w:rPr>
              <w:t>Дата ввода в действие</w:t>
            </w:r>
          </w:p>
        </w:tc>
        <w:tc>
          <w:tcPr>
            <w:tcW w:type="dxa" w:w="1864"/>
          </w:tcPr>
          <w:p>
            <w:r>
              <w:rPr>
                <w:b/>
                <w:sz w:val="16"/>
              </w:rPr>
              <w:t>Дата вывода из действия</w:t>
            </w:r>
          </w:p>
        </w:tc>
        <w:tc>
          <w:tcPr>
            <w:tcW w:type="dxa" w:w="1864"/>
          </w:tcPr>
          <w:p>
            <w:r>
              <w:rPr>
                <w:b/>
                <w:sz w:val="16"/>
              </w:rPr>
              <w:t>Уничтожение СКЗИ, ключевых документов: дата</w:t>
            </w:r>
          </w:p>
        </w:tc>
        <w:tc>
          <w:tcPr>
            <w:tcW w:type="dxa" w:w="1864"/>
          </w:tcPr>
          <w:p>
            <w:r>
              <w:rPr>
                <w:b/>
                <w:sz w:val="16"/>
              </w:rPr>
              <w:t>Номер акта или расписка об уничтожении</w:t>
            </w:r>
          </w:p>
        </w:tc>
        <w:tc>
          <w:tcPr>
            <w:tcW w:type="dxa" w:w="1864"/>
          </w:tcPr>
          <w:p>
            <w:r>
              <w:rPr>
                <w:b/>
                <w:sz w:val="16"/>
              </w:rPr>
              <w:t>Примечание</w:t>
            </w:r>
          </w:p>
        </w:tc>
      </w:tr>
      <w:tr>
        <w:trPr>
          <w:tblHeader/>
        </w:trPr>
        <w:tc>
          <w:tcPr>
            <w:tcW w:type="dxa" w:w="567"/>
          </w:tcPr>
          <w:p>
            <w:r>
              <w:rPr>
                <w:b/>
                <w:sz w:val="16"/>
              </w:rPr>
              <w:t>1</w:t>
            </w:r>
          </w:p>
        </w:tc>
        <w:tc>
          <w:tcPr>
            <w:tcW w:type="dxa" w:w="1864"/>
          </w:tcPr>
          <w:p>
            <w:r>
              <w:rPr>
                <w:b/>
                <w:sz w:val="16"/>
              </w:rPr>
              <w:t>9</w:t>
            </w:r>
          </w:p>
        </w:tc>
        <w:tc>
          <w:tcPr>
            <w:tcW w:type="dxa" w:w="1864"/>
          </w:tcPr>
          <w:p>
            <w:r>
              <w:rPr>
                <w:b/>
                <w:sz w:val="16"/>
              </w:rPr>
              <w:t>10</w:t>
            </w:r>
          </w:p>
        </w:tc>
        <w:tc>
          <w:tcPr>
            <w:tcW w:type="dxa" w:w="1864"/>
          </w:tcPr>
          <w:p>
            <w:r>
              <w:rPr>
                <w:b/>
                <w:sz w:val="16"/>
              </w:rPr>
              <w:t>11</w:t>
            </w:r>
          </w:p>
        </w:tc>
        <w:tc>
          <w:tcPr>
            <w:tcW w:type="dxa" w:w="1864"/>
          </w:tcPr>
          <w:p>
            <w:r>
              <w:rPr>
                <w:b/>
                <w:sz w:val="16"/>
              </w:rPr>
              <w:t>12</w:t>
            </w:r>
          </w:p>
        </w:tc>
        <w:tc>
          <w:tcPr>
            <w:tcW w:type="dxa" w:w="1864"/>
          </w:tcPr>
          <w:p>
            <w:r>
              <w:rPr>
                <w:b/>
                <w:sz w:val="16"/>
              </w:rPr>
              <w:t>13</w:t>
            </w:r>
          </w:p>
        </w:tc>
        <w:tc>
          <w:tcPr>
            <w:tcW w:type="dxa" w:w="1864"/>
          </w:tcPr>
          <w:p>
            <w:r>
              <w:rPr>
                <w:b/>
                <w:sz w:val="16"/>
              </w:rPr>
              <w:t>14</w:t>
            </w:r>
          </w:p>
        </w:tc>
        <w:tc>
          <w:tcPr>
            <w:tcW w:type="dxa" w:w="1864"/>
          </w:tcPr>
          <w:p>
            <w:r>
              <w:rPr>
                <w:b/>
                <w:sz w:val="16"/>
              </w:rPr>
              <w:t>15</w:t>
            </w:r>
          </w:p>
        </w:tc>
        <w:tc>
          <w:tcPr>
            <w:tcW w:type="dxa" w:w="1864"/>
          </w:tcPr>
          <w:p>
            <w:r>
              <w:rPr>
                <w:b/>
                <w:sz w:val="16"/>
              </w:rPr>
              <w:t>16</w:t>
            </w:r>
          </w:p>
        </w:tc>
      </w:tr>
      <w:tr>
        <w:trPr>
          <w:trHeight w:val="680"/>
          <w:cantSplit/>
        </w:trPr>
        <w:tc>
          <w:tcPr>
            <w:tcW w:type="dxa" w:w="567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</w:tr>
      <w:tr>
        <w:trPr>
          <w:trHeight w:val="680"/>
          <w:cantSplit/>
        </w:trPr>
        <w:tc>
          <w:tcPr>
            <w:tcW w:type="dxa" w:w="567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</w:tr>
      <w:tr>
        <w:trPr>
          <w:trHeight w:val="680"/>
          <w:cantSplit/>
        </w:trPr>
        <w:tc>
          <w:tcPr>
            <w:tcW w:type="dxa" w:w="567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</w:tr>
      <w:tr>
        <w:trPr>
          <w:trHeight w:val="680"/>
          <w:cantSplit/>
        </w:trPr>
        <w:tc>
          <w:tcPr>
            <w:tcW w:type="dxa" w:w="567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</w:tr>
      <w:tr>
        <w:trPr>
          <w:trHeight w:val="680"/>
          <w:cantSplit/>
        </w:trPr>
        <w:tc>
          <w:tcPr>
            <w:tcW w:type="dxa" w:w="567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  <w:tc>
          <w:tcPr>
            <w:tcW w:type="dxa" w:w="1864"/>
          </w:tcPr>
          <w:p>
            <w:r>
              <w:rPr>
                <w:sz w:val="18"/>
              </w:rPr>
            </w:r>
          </w:p>
        </w:tc>
      </w:tr>
    </w:tbl>
    <w:p>
      <w:r>
        <w:t>Редакционная верстка SecRadar: сохранены все графы и их номера, групповые заголовки включены в подписи колонок. Это не ведомственный утверждённый бланк. Перед применением сверьте порядок вашей организации и документацию СКЗИ.</w:t>
      </w:r>
    </w:p>
    <w:p>
      <w:r>
        <w:t>Основание: приказ ФАПСИ № 152, приложение 1. Инструкция и источники: https://secradar.ru/komplaens/skzi/zhurnal-ucheta/</w:t>
      </w:r>
    </w:p>
    <w:sectPr w:rsidR="00FC693F" w:rsidRPr="0006063C" w:rsidSect="00034616">
      <w:pgSz w:w="16838" w:h="11906" w:orient="landscape"/>
      <w:pgMar w:top="737" w:right="680" w:bottom="73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